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60" w:line="240" w:lineRule="auto"/>
        <w:jc w:val="center"/>
      </w:pPr>
      <w:r>
        <w:rPr>
          <w:rFonts w:ascii="Noto Sans CJK JP" w:hAnsi="Noto Sans CJK JP" w:eastAsia="Noto Sans CJK JP" w:cs="Noto Sans CJK JP"/>
          <w:b/>
          <w:sz w:val="44"/>
        </w:rPr>
        <w:t>ドライバー教育チェックシート</w:t>
      </w:r>
    </w:p>
    <w:tbl>
      <w:tblPr>
        <w:tblW w:type="auto" w:w="0"/>
        <w:jc w:val="center"/>
        <w:tblLayout w:type="fixed"/>
        <w:tblLook w:firstColumn="1" w:firstRow="1" w:lastColumn="0" w:lastRow="0" w:noHBand="0" w:noVBand="1" w:val="04A0"/>
        <w:tblBorders>
          <w:top w:val="single" w:sz="10" w:space="0" w:color="000000"/>
          <w:left w:val="single" w:sz="10" w:space="0" w:color="000000"/>
          <w:bottom w:val="single" w:sz="10" w:space="0" w:color="000000"/>
          <w:right w:val="single" w:sz="10" w:space="0" w:color="000000"/>
          <w:insideH w:val="single" w:sz="10" w:space="0" w:color="000000"/>
          <w:insideV w:val="single" w:sz="10" w:space="0" w:color="000000"/>
        </w:tblBorders>
      </w:tblPr>
      <w:tblGrid>
        <w:gridCol w:w="5244"/>
        <w:gridCol w:w="5244"/>
      </w:tblGrid>
      <w:tr>
        <w:trPr>
          <w:trHeight w:val="595" w:hRule="exact"/>
        </w:trPr>
        <w:tc>
          <w:tcPr>
            <w:tcW w:type="dxa" w:w="5244"/>
            <w:tcMar>
              <w:top w:w="120" w:type="dxa"/>
              <w:start w:w="180" w:type="dxa"/>
              <w:bottom w:w="120" w:type="dxa"/>
              <w:end w:w="180" w:type="dxa"/>
            </w:tcMar>
            <w:vAlign w:val="center"/>
          </w:tcPr>
          <w:p>
            <w:pPr>
              <w:spacing w:before="0" w:after="0" w:line="240" w:lineRule="auto"/>
              <w:jc w:val="left"/>
            </w:pPr>
            <w:r/>
            <w:r>
              <w:rPr>
                <w:rFonts w:ascii="Noto Sans CJK JP" w:hAnsi="Noto Sans CJK JP" w:eastAsia="Noto Sans CJK JP" w:cs="Noto Sans CJK JP"/>
                <w:b/>
                <w:sz w:val="26"/>
              </w:rPr>
              <w:t>氏名：________________________</w:t>
            </w:r>
          </w:p>
        </w:tc>
        <w:tc>
          <w:tcPr>
            <w:tcW w:type="dxa" w:w="5244"/>
            <w:tcMar>
              <w:top w:w="120" w:type="dxa"/>
              <w:start w:w="180" w:type="dxa"/>
              <w:bottom w:w="120" w:type="dxa"/>
              <w:end w:w="180" w:type="dxa"/>
            </w:tcMar>
            <w:vAlign w:val="center"/>
          </w:tcPr>
          <w:p>
            <w:pPr>
              <w:spacing w:before="0" w:after="0" w:line="240" w:lineRule="auto"/>
              <w:jc w:val="left"/>
            </w:pPr>
            <w:r/>
            <w:r>
              <w:rPr>
                <w:rFonts w:ascii="Noto Sans CJK JP" w:hAnsi="Noto Sans CJK JP" w:eastAsia="Noto Sans CJK JP" w:cs="Noto Sans CJK JP"/>
                <w:b/>
                <w:sz w:val="26"/>
              </w:rPr>
              <w:t>指導担当者：________________________</w:t>
            </w:r>
          </w:p>
        </w:tc>
      </w:tr>
      <w:tr>
        <w:trPr>
          <w:trHeight w:val="595" w:hRule="exact"/>
        </w:trPr>
        <w:tc>
          <w:tcPr>
            <w:tcW w:type="dxa" w:w="5244"/>
            <w:tcMar>
              <w:top w:w="120" w:type="dxa"/>
              <w:start w:w="180" w:type="dxa"/>
              <w:bottom w:w="120" w:type="dxa"/>
              <w:end w:w="180" w:type="dxa"/>
            </w:tcMar>
            <w:vAlign w:val="center"/>
          </w:tcPr>
          <w:p>
            <w:pPr>
              <w:spacing w:before="0" w:after="0" w:line="240" w:lineRule="auto"/>
              <w:jc w:val="left"/>
            </w:pPr>
            <w:r/>
            <w:r>
              <w:rPr>
                <w:rFonts w:ascii="Noto Sans CJK JP" w:hAnsi="Noto Sans CJK JP" w:eastAsia="Noto Sans CJK JP" w:cs="Noto Sans CJK JP"/>
                <w:b/>
                <w:sz w:val="26"/>
              </w:rPr>
              <w:t>実施日：______年____月____日</w:t>
            </w:r>
          </w:p>
        </w:tc>
        <w:tc>
          <w:tcPr>
            <w:tcW w:type="dxa" w:w="5244"/>
            <w:tcMar>
              <w:top w:w="120" w:type="dxa"/>
              <w:start w:w="180" w:type="dxa"/>
              <w:bottom w:w="120" w:type="dxa"/>
              <w:end w:w="180" w:type="dxa"/>
            </w:tcMar>
            <w:vAlign w:val="center"/>
          </w:tcPr>
          <w:p>
            <w:pPr>
              <w:spacing w:before="0" w:after="0" w:line="240" w:lineRule="auto"/>
              <w:jc w:val="left"/>
            </w:pPr>
            <w:r/>
            <w:r>
              <w:rPr>
                <w:rFonts w:ascii="Noto Sans CJK JP" w:hAnsi="Noto Sans CJK JP" w:eastAsia="Noto Sans CJK JP" w:cs="Noto Sans CJK JP"/>
                <w:b/>
                <w:sz w:val="26"/>
              </w:rPr>
              <w:t>同乗期間：________________________</w:t>
            </w:r>
          </w:p>
        </w:tc>
      </w:tr>
    </w:tbl>
    <w:p>
      <w:pPr>
        <w:spacing w:before="120" w:after="120" w:line="240" w:lineRule="auto"/>
        <w:jc w:val="left"/>
      </w:pPr>
      <w:r>
        <w:rPr>
          <w:rFonts w:ascii="Noto Sans CJK JP" w:hAnsi="Noto Sans CJK JP" w:eastAsia="Noto Sans CJK JP" w:cs="Noto Sans CJK JP"/>
          <w:b w:val="0"/>
          <w:sz w:val="19"/>
        </w:rPr>
        <w:t>同乗期間中に確認した内容を記録し、できるようになった項目や不安が残る項目を整理するためのチェックシートです。</w:t>
      </w:r>
    </w:p>
    <w:tbl>
      <w:tblPr>
        <w:tblW w:type="auto" w:w="0"/>
        <w:jc w:val="center"/>
        <w:tblLayout w:type="fixed"/>
        <w:tblLook w:firstColumn="1" w:firstRow="1" w:lastColumn="0" w:lastRow="0" w:noHBand="0" w:noVBand="1" w:val="04A0"/>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Grid>
        <w:gridCol w:w="2622"/>
        <w:gridCol w:w="2622"/>
        <w:gridCol w:w="2622"/>
        <w:gridCol w:w="2622"/>
      </w:tblGrid>
      <w:tr>
        <w:trPr>
          <w:trHeight w:val="442" w:hRule="exact"/>
        </w:trPr>
        <w:tc>
          <w:tcPr>
            <w:tcW w:type="dxa" w:w="4762"/>
            <w:tcMar>
              <w:top w:w="80" w:type="dxa"/>
              <w:start w:w="80" w:type="dxa"/>
              <w:bottom w:w="80" w:type="dxa"/>
              <w:end w:w="80" w:type="dxa"/>
            </w:tcMar>
            <w:vAlign w:val="center"/>
            <w:shd w:fill="F2F2F2"/>
          </w:tcPr>
          <w:p>
            <w:pPr>
              <w:spacing w:before="0" w:after="0" w:line="240" w:lineRule="auto"/>
              <w:jc w:val="center"/>
            </w:pPr>
            <w:r/>
            <w:r>
              <w:rPr>
                <w:rFonts w:ascii="Noto Sans CJK JP" w:hAnsi="Noto Sans CJK JP" w:eastAsia="Noto Sans CJK JP" w:cs="Noto Sans CJK JP"/>
                <w:b/>
                <w:sz w:val="25"/>
              </w:rPr>
              <w:t>項目</w:t>
            </w:r>
          </w:p>
        </w:tc>
        <w:tc>
          <w:tcPr>
            <w:tcW w:type="dxa" w:w="1474"/>
            <w:tcMar>
              <w:top w:w="80" w:type="dxa"/>
              <w:start w:w="80" w:type="dxa"/>
              <w:bottom w:w="80" w:type="dxa"/>
              <w:end w:w="80" w:type="dxa"/>
            </w:tcMar>
            <w:vAlign w:val="center"/>
            <w:shd w:fill="F2F2F2"/>
          </w:tcPr>
          <w:p>
            <w:pPr>
              <w:spacing w:before="0" w:after="0" w:line="240" w:lineRule="auto"/>
              <w:jc w:val="center"/>
            </w:pPr>
            <w:r/>
            <w:r>
              <w:rPr>
                <w:rFonts w:ascii="Noto Sans CJK JP" w:hAnsi="Noto Sans CJK JP" w:eastAsia="Noto Sans CJK JP" w:cs="Noto Sans CJK JP"/>
                <w:b/>
                <w:sz w:val="25"/>
              </w:rPr>
              <w:t>確認状況</w:t>
            </w:r>
          </w:p>
        </w:tc>
        <w:tc>
          <w:tcPr>
            <w:tcW w:type="dxa" w:w="1048"/>
            <w:tcMar>
              <w:top w:w="80" w:type="dxa"/>
              <w:start w:w="80" w:type="dxa"/>
              <w:bottom w:w="80" w:type="dxa"/>
              <w:end w:w="80" w:type="dxa"/>
            </w:tcMar>
            <w:vAlign w:val="center"/>
            <w:shd w:fill="F2F2F2"/>
          </w:tcPr>
          <w:p>
            <w:pPr>
              <w:spacing w:before="0" w:after="0" w:line="240" w:lineRule="auto"/>
              <w:jc w:val="center"/>
            </w:pPr>
            <w:r/>
            <w:r>
              <w:rPr>
                <w:rFonts w:ascii="Noto Sans CJK JP" w:hAnsi="Noto Sans CJK JP" w:eastAsia="Noto Sans CJK JP" w:cs="Noto Sans CJK JP"/>
                <w:b/>
                <w:sz w:val="25"/>
              </w:rPr>
              <w:t>不安あり</w:t>
            </w:r>
          </w:p>
        </w:tc>
        <w:tc>
          <w:tcPr>
            <w:tcW w:type="dxa" w:w="3203"/>
            <w:tcMar>
              <w:top w:w="80" w:type="dxa"/>
              <w:start w:w="80" w:type="dxa"/>
              <w:bottom w:w="80" w:type="dxa"/>
              <w:end w:w="80" w:type="dxa"/>
            </w:tcMar>
            <w:vAlign w:val="center"/>
            <w:shd w:fill="F2F2F2"/>
          </w:tcPr>
          <w:p>
            <w:pPr>
              <w:spacing w:before="0" w:after="0" w:line="240" w:lineRule="auto"/>
              <w:jc w:val="center"/>
            </w:pPr>
            <w:r/>
            <w:r>
              <w:rPr>
                <w:rFonts w:ascii="Noto Sans CJK JP" w:hAnsi="Noto Sans CJK JP" w:eastAsia="Noto Sans CJK JP" w:cs="Noto Sans CJK JP"/>
                <w:b/>
                <w:sz w:val="25"/>
              </w:rPr>
              <w:t>メモ</w:t>
            </w:r>
          </w:p>
        </w:tc>
      </w:tr>
      <w:tr>
        <w:trPr>
          <w:trHeight w:val="522" w:hRule="exact"/>
        </w:trPr>
        <w:tc>
          <w:tcPr>
            <w:tcW w:type="dxa" w:w="4762"/>
            <w:tcMar>
              <w:top w:w="80" w:type="dxa"/>
              <w:start w:w="80" w:type="dxa"/>
              <w:bottom w:w="80" w:type="dxa"/>
              <w:end w:w="80" w:type="dxa"/>
            </w:tcMar>
            <w:vAlign w:val="center"/>
          </w:tcPr>
          <w:p>
            <w:pPr>
              <w:spacing w:before="0" w:after="0" w:line="240" w:lineRule="auto"/>
              <w:jc w:val="left"/>
            </w:pPr>
            <w:r/>
            <w:r>
              <w:rPr>
                <w:rFonts w:ascii="Noto Sans CJK JP" w:hAnsi="Noto Sans CJK JP" w:eastAsia="Noto Sans CJK JP" w:cs="Noto Sans CJK JP"/>
                <w:b w:val="0"/>
                <w:sz w:val="18"/>
              </w:rPr>
              <w:t>出発前点検ができる</w:t>
            </w:r>
          </w:p>
        </w:tc>
        <w:tc>
          <w:tcPr>
            <w:tcW w:type="dxa" w:w="1474"/>
            <w:tcMar>
              <w:top w:w="80" w:type="dxa"/>
              <w:start w:w="80" w:type="dxa"/>
              <w:bottom w:w="80" w:type="dxa"/>
              <w:end w:w="80" w:type="dxa"/>
            </w:tcMar>
            <w:vAlign w:val="center"/>
          </w:tcPr>
          <w:p>
            <w:pPr>
              <w:spacing w:before="0" w:after="0" w:line="240" w:lineRule="auto"/>
              <w:jc w:val="center"/>
            </w:pPr>
            <w:r/>
            <w:r>
              <w:rPr>
                <w:rFonts w:ascii="Noto Sans CJK JP" w:hAnsi="Noto Sans CJK JP" w:eastAsia="Noto Sans CJK JP" w:cs="Noto Sans CJK JP"/>
                <w:b w:val="0"/>
                <w:sz w:val="18"/>
              </w:rPr>
              <w:t>□済　□未</w:t>
            </w:r>
          </w:p>
        </w:tc>
        <w:tc>
          <w:tcPr>
            <w:tcW w:type="dxa" w:w="1048"/>
            <w:tcMar>
              <w:top w:w="80" w:type="dxa"/>
              <w:start w:w="80" w:type="dxa"/>
              <w:bottom w:w="80" w:type="dxa"/>
              <w:end w:w="80" w:type="dxa"/>
            </w:tcMar>
            <w:vAlign w:val="center"/>
          </w:tcPr>
          <w:p>
            <w:pPr>
              <w:spacing w:before="0" w:after="0" w:line="240" w:lineRule="auto"/>
              <w:jc w:val="center"/>
            </w:pPr>
            <w:r/>
            <w:r>
              <w:rPr>
                <w:rFonts w:ascii="Noto Sans CJK JP" w:hAnsi="Noto Sans CJK JP" w:eastAsia="Noto Sans CJK JP" w:cs="Noto Sans CJK JP"/>
                <w:b w:val="0"/>
                <w:sz w:val="18"/>
              </w:rPr>
              <w:t>□</w:t>
            </w:r>
          </w:p>
        </w:tc>
        <w:tc>
          <w:tcPr>
            <w:tcW w:type="dxa" w:w="3203"/>
            <w:tcMar>
              <w:top w:w="80" w:type="dxa"/>
              <w:start w:w="80" w:type="dxa"/>
              <w:bottom w:w="80" w:type="dxa"/>
              <w:end w:w="80" w:type="dxa"/>
            </w:tcMar>
            <w:vAlign w:val="center"/>
          </w:tcPr>
          <w:p>
            <w:pPr>
              <w:spacing w:before="0" w:after="0" w:line="240" w:lineRule="auto"/>
              <w:jc w:val="left"/>
            </w:pPr>
            <w:r/>
            <w:r>
              <w:rPr>
                <w:rFonts w:ascii="Noto Sans CJK JP" w:hAnsi="Noto Sans CJK JP" w:eastAsia="Noto Sans CJK JP" w:cs="Noto Sans CJK JP"/>
                <w:b w:val="0"/>
                <w:sz w:val="18"/>
              </w:rPr>
              <w:t>タイヤ確認に抜けあり</w:t>
            </w:r>
          </w:p>
        </w:tc>
      </w:tr>
      <w:tr>
        <w:trPr>
          <w:trHeight w:val="522" w:hRule="exact"/>
        </w:trPr>
        <w:tc>
          <w:tcPr>
            <w:tcW w:type="dxa" w:w="4762"/>
            <w:tcMar>
              <w:top w:w="80" w:type="dxa"/>
              <w:start w:w="80" w:type="dxa"/>
              <w:bottom w:w="80" w:type="dxa"/>
              <w:end w:w="80" w:type="dxa"/>
            </w:tcMar>
            <w:vAlign w:val="center"/>
          </w:tcPr>
          <w:p>
            <w:pPr>
              <w:spacing w:before="0" w:after="0" w:line="240" w:lineRule="auto"/>
              <w:jc w:val="left"/>
            </w:pPr>
            <w:r/>
            <w:r>
              <w:rPr>
                <w:rFonts w:ascii="Noto Sans CJK JP" w:hAnsi="Noto Sans CJK JP" w:eastAsia="Noto Sans CJK JP" w:cs="Noto Sans CJK JP"/>
                <w:b w:val="0"/>
                <w:sz w:val="18"/>
              </w:rPr>
              <w:t>納品先ルールを理解している</w:t>
            </w:r>
          </w:p>
        </w:tc>
        <w:tc>
          <w:tcPr>
            <w:tcW w:type="dxa" w:w="1474"/>
            <w:tcMar>
              <w:top w:w="80" w:type="dxa"/>
              <w:start w:w="80" w:type="dxa"/>
              <w:bottom w:w="80" w:type="dxa"/>
              <w:end w:w="80" w:type="dxa"/>
            </w:tcMar>
            <w:vAlign w:val="center"/>
          </w:tcPr>
          <w:p>
            <w:pPr>
              <w:spacing w:before="0" w:after="0" w:line="240" w:lineRule="auto"/>
              <w:jc w:val="center"/>
            </w:pPr>
            <w:r/>
            <w:r>
              <w:rPr>
                <w:rFonts w:ascii="Noto Sans CJK JP" w:hAnsi="Noto Sans CJK JP" w:eastAsia="Noto Sans CJK JP" w:cs="Noto Sans CJK JP"/>
                <w:b w:val="0"/>
                <w:sz w:val="18"/>
              </w:rPr>
              <w:t>□済　□未</w:t>
            </w:r>
          </w:p>
        </w:tc>
        <w:tc>
          <w:tcPr>
            <w:tcW w:type="dxa" w:w="1048"/>
            <w:tcMar>
              <w:top w:w="80" w:type="dxa"/>
              <w:start w:w="80" w:type="dxa"/>
              <w:bottom w:w="80" w:type="dxa"/>
              <w:end w:w="80" w:type="dxa"/>
            </w:tcMar>
            <w:vAlign w:val="center"/>
          </w:tcPr>
          <w:p>
            <w:pPr>
              <w:spacing w:before="0" w:after="0" w:line="240" w:lineRule="auto"/>
              <w:jc w:val="center"/>
            </w:pPr>
            <w:r/>
            <w:r>
              <w:rPr>
                <w:rFonts w:ascii="Noto Sans CJK JP" w:hAnsi="Noto Sans CJK JP" w:eastAsia="Noto Sans CJK JP" w:cs="Noto Sans CJK JP"/>
                <w:b w:val="0"/>
                <w:sz w:val="18"/>
              </w:rPr>
              <w:t>□</w:t>
            </w:r>
          </w:p>
        </w:tc>
        <w:tc>
          <w:tcPr>
            <w:tcW w:type="dxa" w:w="3203"/>
            <w:tcMar>
              <w:top w:w="80" w:type="dxa"/>
              <w:start w:w="80" w:type="dxa"/>
              <w:bottom w:w="80" w:type="dxa"/>
              <w:end w:w="80" w:type="dxa"/>
            </w:tcMar>
            <w:vAlign w:val="center"/>
          </w:tcPr>
          <w:p>
            <w:pPr>
              <w:spacing w:before="0" w:after="0" w:line="240" w:lineRule="auto"/>
              <w:jc w:val="left"/>
            </w:pPr>
            <w:r/>
            <w:r>
              <w:rPr>
                <w:rFonts w:ascii="Noto Sans CJK JP" w:hAnsi="Noto Sans CJK JP" w:eastAsia="Noto Sans CJK JP" w:cs="Noto Sans CJK JP"/>
                <w:b w:val="0"/>
                <w:sz w:val="18"/>
              </w:rPr>
              <w:t>A社は受付方法を再確認</w:t>
            </w:r>
          </w:p>
        </w:tc>
      </w:tr>
      <w:tr>
        <w:trPr>
          <w:trHeight w:val="522" w:hRule="exact"/>
        </w:trPr>
        <w:tc>
          <w:tcPr>
            <w:tcW w:type="dxa" w:w="4762"/>
            <w:tcMar>
              <w:top w:w="80" w:type="dxa"/>
              <w:start w:w="80" w:type="dxa"/>
              <w:bottom w:w="80" w:type="dxa"/>
              <w:end w:w="80" w:type="dxa"/>
            </w:tcMar>
            <w:vAlign w:val="center"/>
          </w:tcPr>
          <w:p>
            <w:pPr>
              <w:spacing w:before="0" w:after="0" w:line="240" w:lineRule="auto"/>
              <w:jc w:val="left"/>
            </w:pPr>
            <w:r/>
            <w:r>
              <w:rPr>
                <w:rFonts w:ascii="Noto Sans CJK JP" w:hAnsi="Noto Sans CJK JP" w:eastAsia="Noto Sans CJK JP" w:cs="Noto Sans CJK JP"/>
                <w:b w:val="0"/>
                <w:sz w:val="18"/>
              </w:rPr>
              <w:t>バック時に周囲確認ができる</w:t>
            </w:r>
          </w:p>
        </w:tc>
        <w:tc>
          <w:tcPr>
            <w:tcW w:type="dxa" w:w="1474"/>
            <w:tcMar>
              <w:top w:w="80" w:type="dxa"/>
              <w:start w:w="80" w:type="dxa"/>
              <w:bottom w:w="80" w:type="dxa"/>
              <w:end w:w="80" w:type="dxa"/>
            </w:tcMar>
            <w:vAlign w:val="center"/>
          </w:tcPr>
          <w:p>
            <w:pPr>
              <w:spacing w:before="0" w:after="0" w:line="240" w:lineRule="auto"/>
              <w:jc w:val="center"/>
            </w:pPr>
            <w:r/>
            <w:r>
              <w:rPr>
                <w:rFonts w:ascii="Noto Sans CJK JP" w:hAnsi="Noto Sans CJK JP" w:eastAsia="Noto Sans CJK JP" w:cs="Noto Sans CJK JP"/>
                <w:b w:val="0"/>
                <w:sz w:val="18"/>
              </w:rPr>
              <w:t>□済　□未</w:t>
            </w:r>
          </w:p>
        </w:tc>
        <w:tc>
          <w:tcPr>
            <w:tcW w:type="dxa" w:w="1048"/>
            <w:tcMar>
              <w:top w:w="80" w:type="dxa"/>
              <w:start w:w="80" w:type="dxa"/>
              <w:bottom w:w="80" w:type="dxa"/>
              <w:end w:w="80" w:type="dxa"/>
            </w:tcMar>
            <w:vAlign w:val="center"/>
          </w:tcPr>
          <w:p>
            <w:pPr>
              <w:spacing w:before="0" w:after="0" w:line="240" w:lineRule="auto"/>
              <w:jc w:val="center"/>
            </w:pPr>
            <w:r/>
            <w:r>
              <w:rPr>
                <w:rFonts w:ascii="Noto Sans CJK JP" w:hAnsi="Noto Sans CJK JP" w:eastAsia="Noto Sans CJK JP" w:cs="Noto Sans CJK JP"/>
                <w:b w:val="0"/>
                <w:sz w:val="18"/>
              </w:rPr>
              <w:t>□</w:t>
            </w:r>
          </w:p>
        </w:tc>
        <w:tc>
          <w:tcPr>
            <w:tcW w:type="dxa" w:w="3203"/>
            <w:tcMar>
              <w:top w:w="80" w:type="dxa"/>
              <w:start w:w="80" w:type="dxa"/>
              <w:bottom w:w="80" w:type="dxa"/>
              <w:end w:w="80" w:type="dxa"/>
            </w:tcMar>
            <w:vAlign w:val="center"/>
          </w:tcPr>
          <w:p>
            <w:pPr>
              <w:spacing w:before="0" w:after="0" w:line="240" w:lineRule="auto"/>
              <w:jc w:val="left"/>
            </w:pPr>
            <w:r/>
            <w:r>
              <w:rPr>
                <w:rFonts w:ascii="Noto Sans CJK JP" w:hAnsi="Noto Sans CJK JP" w:eastAsia="Noto Sans CJK JP" w:cs="Noto Sans CJK JP"/>
                <w:b w:val="0"/>
                <w:sz w:val="18"/>
              </w:rPr>
              <w:t>狭い構内で追加練習</w:t>
            </w:r>
          </w:p>
        </w:tc>
      </w:tr>
      <w:tr>
        <w:trPr>
          <w:trHeight w:val="522" w:hRule="exact"/>
        </w:trPr>
        <w:tc>
          <w:tcPr>
            <w:tcW w:type="dxa" w:w="4762"/>
            <w:tcMar>
              <w:top w:w="80" w:type="dxa"/>
              <w:start w:w="80" w:type="dxa"/>
              <w:bottom w:w="80" w:type="dxa"/>
              <w:end w:w="80" w:type="dxa"/>
            </w:tcMar>
            <w:vAlign w:val="center"/>
          </w:tcPr>
          <w:p>
            <w:pPr>
              <w:spacing w:before="0" w:after="0" w:line="240" w:lineRule="auto"/>
              <w:jc w:val="left"/>
            </w:pPr>
            <w:r/>
            <w:r>
              <w:rPr>
                <w:rFonts w:ascii="Noto Sans CJK JP" w:hAnsi="Noto Sans CJK JP" w:eastAsia="Noto Sans CJK JP" w:cs="Noto Sans CJK JP"/>
                <w:b w:val="0"/>
                <w:sz w:val="18"/>
              </w:rPr>
              <w:t>異常時に報告できる</w:t>
            </w:r>
          </w:p>
        </w:tc>
        <w:tc>
          <w:tcPr>
            <w:tcW w:type="dxa" w:w="1474"/>
            <w:tcMar>
              <w:top w:w="80" w:type="dxa"/>
              <w:start w:w="80" w:type="dxa"/>
              <w:bottom w:w="80" w:type="dxa"/>
              <w:end w:w="80" w:type="dxa"/>
            </w:tcMar>
            <w:vAlign w:val="center"/>
          </w:tcPr>
          <w:p>
            <w:pPr>
              <w:spacing w:before="0" w:after="0" w:line="240" w:lineRule="auto"/>
              <w:jc w:val="center"/>
            </w:pPr>
            <w:r/>
            <w:r>
              <w:rPr>
                <w:rFonts w:ascii="Noto Sans CJK JP" w:hAnsi="Noto Sans CJK JP" w:eastAsia="Noto Sans CJK JP" w:cs="Noto Sans CJK JP"/>
                <w:b w:val="0"/>
                <w:sz w:val="18"/>
              </w:rPr>
              <w:t>□済　□未</w:t>
            </w:r>
          </w:p>
        </w:tc>
        <w:tc>
          <w:tcPr>
            <w:tcW w:type="dxa" w:w="1048"/>
            <w:tcMar>
              <w:top w:w="80" w:type="dxa"/>
              <w:start w:w="80" w:type="dxa"/>
              <w:bottom w:w="80" w:type="dxa"/>
              <w:end w:w="80" w:type="dxa"/>
            </w:tcMar>
            <w:vAlign w:val="center"/>
          </w:tcPr>
          <w:p>
            <w:pPr>
              <w:spacing w:before="0" w:after="0" w:line="240" w:lineRule="auto"/>
              <w:jc w:val="center"/>
            </w:pPr>
            <w:r/>
            <w:r>
              <w:rPr>
                <w:rFonts w:ascii="Noto Sans CJK JP" w:hAnsi="Noto Sans CJK JP" w:eastAsia="Noto Sans CJK JP" w:cs="Noto Sans CJK JP"/>
                <w:b w:val="0"/>
                <w:sz w:val="18"/>
              </w:rPr>
              <w:t>□</w:t>
            </w:r>
          </w:p>
        </w:tc>
        <w:tc>
          <w:tcPr>
            <w:tcW w:type="dxa" w:w="3203"/>
            <w:tcMar>
              <w:top w:w="80" w:type="dxa"/>
              <w:start w:w="80" w:type="dxa"/>
              <w:bottom w:w="80" w:type="dxa"/>
              <w:end w:w="80" w:type="dxa"/>
            </w:tcMar>
            <w:vAlign w:val="center"/>
          </w:tcPr>
          <w:p>
            <w:pPr>
              <w:spacing w:before="0" w:after="0" w:line="240" w:lineRule="auto"/>
              <w:jc w:val="left"/>
            </w:pPr>
            <w:r/>
            <w:r>
              <w:rPr>
                <w:rFonts w:ascii="Noto Sans CJK JP" w:hAnsi="Noto Sans CJK JP" w:eastAsia="Noto Sans CJK JP" w:cs="Noto Sans CJK JP"/>
                <w:b w:val="0"/>
                <w:sz w:val="18"/>
              </w:rPr>
              <w:t>連絡順を再説明</w:t>
            </w:r>
          </w:p>
        </w:tc>
      </w:tr>
      <w:tr>
        <w:trPr>
          <w:trHeight w:val="522" w:hRule="exact"/>
        </w:trPr>
        <w:tc>
          <w:tcPr>
            <w:tcW w:type="dxa" w:w="4762"/>
            <w:tcMar>
              <w:top w:w="80" w:type="dxa"/>
              <w:start w:w="80" w:type="dxa"/>
              <w:bottom w:w="80" w:type="dxa"/>
              <w:end w:w="80" w:type="dxa"/>
            </w:tcMar>
            <w:vAlign w:val="center"/>
          </w:tcPr>
          <w:p>
            <w:pPr>
              <w:spacing w:before="0" w:after="0" w:line="240" w:lineRule="auto"/>
              <w:jc w:val="left"/>
            </w:pPr>
            <w:r/>
            <w:r>
              <w:rPr>
                <w:rFonts w:ascii="Noto Sans CJK JP" w:hAnsi="Noto Sans CJK JP" w:eastAsia="Noto Sans CJK JP" w:cs="Noto Sans CJK JP"/>
                <w:b w:val="0"/>
                <w:sz w:val="18"/>
              </w:rPr>
            </w:r>
          </w:p>
        </w:tc>
        <w:tc>
          <w:tcPr>
            <w:tcW w:type="dxa" w:w="1474"/>
            <w:tcMar>
              <w:top w:w="80" w:type="dxa"/>
              <w:start w:w="80" w:type="dxa"/>
              <w:bottom w:w="80" w:type="dxa"/>
              <w:end w:w="80" w:type="dxa"/>
            </w:tcMar>
            <w:vAlign w:val="center"/>
          </w:tcPr>
          <w:p>
            <w:pPr>
              <w:spacing w:before="0" w:after="0" w:line="240" w:lineRule="auto"/>
              <w:jc w:val="center"/>
            </w:pPr>
            <w:r/>
            <w:r>
              <w:rPr>
                <w:rFonts w:ascii="Noto Sans CJK JP" w:hAnsi="Noto Sans CJK JP" w:eastAsia="Noto Sans CJK JP" w:cs="Noto Sans CJK JP"/>
                <w:b w:val="0"/>
                <w:sz w:val="18"/>
              </w:rPr>
              <w:t>□済　□未</w:t>
            </w:r>
          </w:p>
        </w:tc>
        <w:tc>
          <w:tcPr>
            <w:tcW w:type="dxa" w:w="1048"/>
            <w:tcMar>
              <w:top w:w="80" w:type="dxa"/>
              <w:start w:w="80" w:type="dxa"/>
              <w:bottom w:w="80" w:type="dxa"/>
              <w:end w:w="80" w:type="dxa"/>
            </w:tcMar>
            <w:vAlign w:val="center"/>
          </w:tcPr>
          <w:p>
            <w:pPr>
              <w:spacing w:before="0" w:after="0" w:line="240" w:lineRule="auto"/>
              <w:jc w:val="center"/>
            </w:pPr>
            <w:r/>
            <w:r>
              <w:rPr>
                <w:rFonts w:ascii="Noto Sans CJK JP" w:hAnsi="Noto Sans CJK JP" w:eastAsia="Noto Sans CJK JP" w:cs="Noto Sans CJK JP"/>
                <w:b w:val="0"/>
                <w:sz w:val="18"/>
              </w:rPr>
              <w:t>□</w:t>
            </w:r>
          </w:p>
        </w:tc>
        <w:tc>
          <w:tcPr>
            <w:tcW w:type="dxa" w:w="3203"/>
            <w:tcMar>
              <w:top w:w="80" w:type="dxa"/>
              <w:start w:w="80" w:type="dxa"/>
              <w:bottom w:w="80" w:type="dxa"/>
              <w:end w:w="80" w:type="dxa"/>
            </w:tcMar>
            <w:vAlign w:val="center"/>
          </w:tcPr>
          <w:p>
            <w:pPr>
              <w:spacing w:before="0" w:after="0" w:line="240" w:lineRule="auto"/>
              <w:jc w:val="left"/>
            </w:pPr>
            <w:r/>
            <w:r>
              <w:rPr>
                <w:rFonts w:ascii="Noto Sans CJK JP" w:hAnsi="Noto Sans CJK JP" w:eastAsia="Noto Sans CJK JP" w:cs="Noto Sans CJK JP"/>
                <w:b w:val="0"/>
                <w:sz w:val="18"/>
              </w:rPr>
            </w:r>
          </w:p>
        </w:tc>
      </w:tr>
      <w:tr>
        <w:trPr>
          <w:trHeight w:val="522" w:hRule="exact"/>
        </w:trPr>
        <w:tc>
          <w:tcPr>
            <w:tcW w:type="dxa" w:w="4762"/>
            <w:tcMar>
              <w:top w:w="80" w:type="dxa"/>
              <w:start w:w="80" w:type="dxa"/>
              <w:bottom w:w="80" w:type="dxa"/>
              <w:end w:w="80" w:type="dxa"/>
            </w:tcMar>
            <w:vAlign w:val="center"/>
          </w:tcPr>
          <w:p>
            <w:pPr>
              <w:spacing w:before="0" w:after="0" w:line="240" w:lineRule="auto"/>
              <w:jc w:val="left"/>
            </w:pPr>
            <w:r/>
            <w:r>
              <w:rPr>
                <w:rFonts w:ascii="Noto Sans CJK JP" w:hAnsi="Noto Sans CJK JP" w:eastAsia="Noto Sans CJK JP" w:cs="Noto Sans CJK JP"/>
                <w:b w:val="0"/>
                <w:sz w:val="18"/>
              </w:rPr>
            </w:r>
          </w:p>
        </w:tc>
        <w:tc>
          <w:tcPr>
            <w:tcW w:type="dxa" w:w="1474"/>
            <w:tcMar>
              <w:top w:w="80" w:type="dxa"/>
              <w:start w:w="80" w:type="dxa"/>
              <w:bottom w:w="80" w:type="dxa"/>
              <w:end w:w="80" w:type="dxa"/>
            </w:tcMar>
            <w:vAlign w:val="center"/>
          </w:tcPr>
          <w:p>
            <w:pPr>
              <w:spacing w:before="0" w:after="0" w:line="240" w:lineRule="auto"/>
              <w:jc w:val="center"/>
            </w:pPr>
            <w:r/>
            <w:r>
              <w:rPr>
                <w:rFonts w:ascii="Noto Sans CJK JP" w:hAnsi="Noto Sans CJK JP" w:eastAsia="Noto Sans CJK JP" w:cs="Noto Sans CJK JP"/>
                <w:b w:val="0"/>
                <w:sz w:val="18"/>
              </w:rPr>
              <w:t>□済　□未</w:t>
            </w:r>
          </w:p>
        </w:tc>
        <w:tc>
          <w:tcPr>
            <w:tcW w:type="dxa" w:w="1048"/>
            <w:tcMar>
              <w:top w:w="80" w:type="dxa"/>
              <w:start w:w="80" w:type="dxa"/>
              <w:bottom w:w="80" w:type="dxa"/>
              <w:end w:w="80" w:type="dxa"/>
            </w:tcMar>
            <w:vAlign w:val="center"/>
          </w:tcPr>
          <w:p>
            <w:pPr>
              <w:spacing w:before="0" w:after="0" w:line="240" w:lineRule="auto"/>
              <w:jc w:val="center"/>
            </w:pPr>
            <w:r/>
            <w:r>
              <w:rPr>
                <w:rFonts w:ascii="Noto Sans CJK JP" w:hAnsi="Noto Sans CJK JP" w:eastAsia="Noto Sans CJK JP" w:cs="Noto Sans CJK JP"/>
                <w:b w:val="0"/>
                <w:sz w:val="18"/>
              </w:rPr>
              <w:t>□</w:t>
            </w:r>
          </w:p>
        </w:tc>
        <w:tc>
          <w:tcPr>
            <w:tcW w:type="dxa" w:w="3203"/>
            <w:tcMar>
              <w:top w:w="80" w:type="dxa"/>
              <w:start w:w="80" w:type="dxa"/>
              <w:bottom w:w="80" w:type="dxa"/>
              <w:end w:w="80" w:type="dxa"/>
            </w:tcMar>
            <w:vAlign w:val="center"/>
          </w:tcPr>
          <w:p>
            <w:pPr>
              <w:spacing w:before="0" w:after="0" w:line="240" w:lineRule="auto"/>
              <w:jc w:val="left"/>
            </w:pPr>
            <w:r/>
            <w:r>
              <w:rPr>
                <w:rFonts w:ascii="Noto Sans CJK JP" w:hAnsi="Noto Sans CJK JP" w:eastAsia="Noto Sans CJK JP" w:cs="Noto Sans CJK JP"/>
                <w:b w:val="0"/>
                <w:sz w:val="18"/>
              </w:rPr>
            </w:r>
          </w:p>
        </w:tc>
      </w:tr>
      <w:tr>
        <w:trPr>
          <w:trHeight w:val="522" w:hRule="exact"/>
        </w:trPr>
        <w:tc>
          <w:tcPr>
            <w:tcW w:type="dxa" w:w="4762"/>
            <w:tcMar>
              <w:top w:w="80" w:type="dxa"/>
              <w:start w:w="80" w:type="dxa"/>
              <w:bottom w:w="80" w:type="dxa"/>
              <w:end w:w="80" w:type="dxa"/>
            </w:tcMar>
            <w:vAlign w:val="center"/>
          </w:tcPr>
          <w:p>
            <w:pPr>
              <w:spacing w:before="0" w:after="0" w:line="240" w:lineRule="auto"/>
              <w:jc w:val="left"/>
            </w:pPr>
            <w:r/>
            <w:r>
              <w:rPr>
                <w:rFonts w:ascii="Noto Sans CJK JP" w:hAnsi="Noto Sans CJK JP" w:eastAsia="Noto Sans CJK JP" w:cs="Noto Sans CJK JP"/>
                <w:b w:val="0"/>
                <w:sz w:val="18"/>
              </w:rPr>
            </w:r>
          </w:p>
        </w:tc>
        <w:tc>
          <w:tcPr>
            <w:tcW w:type="dxa" w:w="1474"/>
            <w:tcMar>
              <w:top w:w="80" w:type="dxa"/>
              <w:start w:w="80" w:type="dxa"/>
              <w:bottom w:w="80" w:type="dxa"/>
              <w:end w:w="80" w:type="dxa"/>
            </w:tcMar>
            <w:vAlign w:val="center"/>
          </w:tcPr>
          <w:p>
            <w:pPr>
              <w:spacing w:before="0" w:after="0" w:line="240" w:lineRule="auto"/>
              <w:jc w:val="center"/>
            </w:pPr>
            <w:r/>
            <w:r>
              <w:rPr>
                <w:rFonts w:ascii="Noto Sans CJK JP" w:hAnsi="Noto Sans CJK JP" w:eastAsia="Noto Sans CJK JP" w:cs="Noto Sans CJK JP"/>
                <w:b w:val="0"/>
                <w:sz w:val="18"/>
              </w:rPr>
              <w:t>□済　□未</w:t>
            </w:r>
          </w:p>
        </w:tc>
        <w:tc>
          <w:tcPr>
            <w:tcW w:type="dxa" w:w="1048"/>
            <w:tcMar>
              <w:top w:w="80" w:type="dxa"/>
              <w:start w:w="80" w:type="dxa"/>
              <w:bottom w:w="80" w:type="dxa"/>
              <w:end w:w="80" w:type="dxa"/>
            </w:tcMar>
            <w:vAlign w:val="center"/>
          </w:tcPr>
          <w:p>
            <w:pPr>
              <w:spacing w:before="0" w:after="0" w:line="240" w:lineRule="auto"/>
              <w:jc w:val="center"/>
            </w:pPr>
            <w:r/>
            <w:r>
              <w:rPr>
                <w:rFonts w:ascii="Noto Sans CJK JP" w:hAnsi="Noto Sans CJK JP" w:eastAsia="Noto Sans CJK JP" w:cs="Noto Sans CJK JP"/>
                <w:b w:val="0"/>
                <w:sz w:val="18"/>
              </w:rPr>
              <w:t>□</w:t>
            </w:r>
          </w:p>
        </w:tc>
        <w:tc>
          <w:tcPr>
            <w:tcW w:type="dxa" w:w="3203"/>
            <w:tcMar>
              <w:top w:w="80" w:type="dxa"/>
              <w:start w:w="80" w:type="dxa"/>
              <w:bottom w:w="80" w:type="dxa"/>
              <w:end w:w="80" w:type="dxa"/>
            </w:tcMar>
            <w:vAlign w:val="center"/>
          </w:tcPr>
          <w:p>
            <w:pPr>
              <w:spacing w:before="0" w:after="0" w:line="240" w:lineRule="auto"/>
              <w:jc w:val="left"/>
            </w:pPr>
            <w:r/>
            <w:r>
              <w:rPr>
                <w:rFonts w:ascii="Noto Sans CJK JP" w:hAnsi="Noto Sans CJK JP" w:eastAsia="Noto Sans CJK JP" w:cs="Noto Sans CJK JP"/>
                <w:b w:val="0"/>
                <w:sz w:val="18"/>
              </w:rPr>
            </w:r>
          </w:p>
        </w:tc>
      </w:tr>
      <w:tr>
        <w:trPr>
          <w:trHeight w:val="522" w:hRule="exact"/>
        </w:trPr>
        <w:tc>
          <w:tcPr>
            <w:tcW w:type="dxa" w:w="4762"/>
            <w:tcMar>
              <w:top w:w="80" w:type="dxa"/>
              <w:start w:w="80" w:type="dxa"/>
              <w:bottom w:w="80" w:type="dxa"/>
              <w:end w:w="80" w:type="dxa"/>
            </w:tcMar>
            <w:vAlign w:val="center"/>
          </w:tcPr>
          <w:p>
            <w:pPr>
              <w:spacing w:before="0" w:after="0" w:line="240" w:lineRule="auto"/>
              <w:jc w:val="left"/>
            </w:pPr>
            <w:r/>
            <w:r>
              <w:rPr>
                <w:rFonts w:ascii="Noto Sans CJK JP" w:hAnsi="Noto Sans CJK JP" w:eastAsia="Noto Sans CJK JP" w:cs="Noto Sans CJK JP"/>
                <w:b w:val="0"/>
                <w:sz w:val="18"/>
              </w:rPr>
            </w:r>
          </w:p>
        </w:tc>
        <w:tc>
          <w:tcPr>
            <w:tcW w:type="dxa" w:w="1474"/>
            <w:tcMar>
              <w:top w:w="80" w:type="dxa"/>
              <w:start w:w="80" w:type="dxa"/>
              <w:bottom w:w="80" w:type="dxa"/>
              <w:end w:w="80" w:type="dxa"/>
            </w:tcMar>
            <w:vAlign w:val="center"/>
          </w:tcPr>
          <w:p>
            <w:pPr>
              <w:spacing w:before="0" w:after="0" w:line="240" w:lineRule="auto"/>
              <w:jc w:val="center"/>
            </w:pPr>
            <w:r/>
            <w:r>
              <w:rPr>
                <w:rFonts w:ascii="Noto Sans CJK JP" w:hAnsi="Noto Sans CJK JP" w:eastAsia="Noto Sans CJK JP" w:cs="Noto Sans CJK JP"/>
                <w:b w:val="0"/>
                <w:sz w:val="18"/>
              </w:rPr>
              <w:t>□済　□未</w:t>
            </w:r>
          </w:p>
        </w:tc>
        <w:tc>
          <w:tcPr>
            <w:tcW w:type="dxa" w:w="1048"/>
            <w:tcMar>
              <w:top w:w="80" w:type="dxa"/>
              <w:start w:w="80" w:type="dxa"/>
              <w:bottom w:w="80" w:type="dxa"/>
              <w:end w:w="80" w:type="dxa"/>
            </w:tcMar>
            <w:vAlign w:val="center"/>
          </w:tcPr>
          <w:p>
            <w:pPr>
              <w:spacing w:before="0" w:after="0" w:line="240" w:lineRule="auto"/>
              <w:jc w:val="center"/>
            </w:pPr>
            <w:r/>
            <w:r>
              <w:rPr>
                <w:rFonts w:ascii="Noto Sans CJK JP" w:hAnsi="Noto Sans CJK JP" w:eastAsia="Noto Sans CJK JP" w:cs="Noto Sans CJK JP"/>
                <w:b w:val="0"/>
                <w:sz w:val="18"/>
              </w:rPr>
              <w:t>□</w:t>
            </w:r>
          </w:p>
        </w:tc>
        <w:tc>
          <w:tcPr>
            <w:tcW w:type="dxa" w:w="3203"/>
            <w:tcMar>
              <w:top w:w="80" w:type="dxa"/>
              <w:start w:w="80" w:type="dxa"/>
              <w:bottom w:w="80" w:type="dxa"/>
              <w:end w:w="80" w:type="dxa"/>
            </w:tcMar>
            <w:vAlign w:val="center"/>
          </w:tcPr>
          <w:p>
            <w:pPr>
              <w:spacing w:before="0" w:after="0" w:line="240" w:lineRule="auto"/>
              <w:jc w:val="left"/>
            </w:pPr>
            <w:r/>
            <w:r>
              <w:rPr>
                <w:rFonts w:ascii="Noto Sans CJK JP" w:hAnsi="Noto Sans CJK JP" w:eastAsia="Noto Sans CJK JP" w:cs="Noto Sans CJK JP"/>
                <w:b w:val="0"/>
                <w:sz w:val="18"/>
              </w:rPr>
            </w:r>
          </w:p>
        </w:tc>
      </w:tr>
      <w:tr>
        <w:trPr>
          <w:trHeight w:val="522" w:hRule="exact"/>
        </w:trPr>
        <w:tc>
          <w:tcPr>
            <w:tcW w:type="dxa" w:w="4762"/>
            <w:tcMar>
              <w:top w:w="80" w:type="dxa"/>
              <w:start w:w="80" w:type="dxa"/>
              <w:bottom w:w="80" w:type="dxa"/>
              <w:end w:w="80" w:type="dxa"/>
            </w:tcMar>
            <w:vAlign w:val="center"/>
          </w:tcPr>
          <w:p>
            <w:pPr>
              <w:spacing w:before="0" w:after="0" w:line="240" w:lineRule="auto"/>
              <w:jc w:val="left"/>
            </w:pPr>
            <w:r/>
            <w:r>
              <w:rPr>
                <w:rFonts w:ascii="Noto Sans CJK JP" w:hAnsi="Noto Sans CJK JP" w:eastAsia="Noto Sans CJK JP" w:cs="Noto Sans CJK JP"/>
                <w:b w:val="0"/>
                <w:sz w:val="18"/>
              </w:rPr>
            </w:r>
          </w:p>
        </w:tc>
        <w:tc>
          <w:tcPr>
            <w:tcW w:type="dxa" w:w="1474"/>
            <w:tcMar>
              <w:top w:w="80" w:type="dxa"/>
              <w:start w:w="80" w:type="dxa"/>
              <w:bottom w:w="80" w:type="dxa"/>
              <w:end w:w="80" w:type="dxa"/>
            </w:tcMar>
            <w:vAlign w:val="center"/>
          </w:tcPr>
          <w:p>
            <w:pPr>
              <w:spacing w:before="0" w:after="0" w:line="240" w:lineRule="auto"/>
              <w:jc w:val="center"/>
            </w:pPr>
            <w:r/>
            <w:r>
              <w:rPr>
                <w:rFonts w:ascii="Noto Sans CJK JP" w:hAnsi="Noto Sans CJK JP" w:eastAsia="Noto Sans CJK JP" w:cs="Noto Sans CJK JP"/>
                <w:b w:val="0"/>
                <w:sz w:val="18"/>
              </w:rPr>
              <w:t>□済　□未</w:t>
            </w:r>
          </w:p>
        </w:tc>
        <w:tc>
          <w:tcPr>
            <w:tcW w:type="dxa" w:w="1048"/>
            <w:tcMar>
              <w:top w:w="80" w:type="dxa"/>
              <w:start w:w="80" w:type="dxa"/>
              <w:bottom w:w="80" w:type="dxa"/>
              <w:end w:w="80" w:type="dxa"/>
            </w:tcMar>
            <w:vAlign w:val="center"/>
          </w:tcPr>
          <w:p>
            <w:pPr>
              <w:spacing w:before="0" w:after="0" w:line="240" w:lineRule="auto"/>
              <w:jc w:val="center"/>
            </w:pPr>
            <w:r/>
            <w:r>
              <w:rPr>
                <w:rFonts w:ascii="Noto Sans CJK JP" w:hAnsi="Noto Sans CJK JP" w:eastAsia="Noto Sans CJK JP" w:cs="Noto Sans CJK JP"/>
                <w:b w:val="0"/>
                <w:sz w:val="18"/>
              </w:rPr>
              <w:t>□</w:t>
            </w:r>
          </w:p>
        </w:tc>
        <w:tc>
          <w:tcPr>
            <w:tcW w:type="dxa" w:w="3203"/>
            <w:tcMar>
              <w:top w:w="80" w:type="dxa"/>
              <w:start w:w="80" w:type="dxa"/>
              <w:bottom w:w="80" w:type="dxa"/>
              <w:end w:w="80" w:type="dxa"/>
            </w:tcMar>
            <w:vAlign w:val="center"/>
          </w:tcPr>
          <w:p>
            <w:pPr>
              <w:spacing w:before="0" w:after="0" w:line="240" w:lineRule="auto"/>
              <w:jc w:val="left"/>
            </w:pPr>
            <w:r/>
            <w:r>
              <w:rPr>
                <w:rFonts w:ascii="Noto Sans CJK JP" w:hAnsi="Noto Sans CJK JP" w:eastAsia="Noto Sans CJK JP" w:cs="Noto Sans CJK JP"/>
                <w:b w:val="0"/>
                <w:sz w:val="18"/>
              </w:rPr>
            </w:r>
          </w:p>
        </w:tc>
      </w:tr>
      <w:tr>
        <w:trPr>
          <w:trHeight w:val="522" w:hRule="exact"/>
        </w:trPr>
        <w:tc>
          <w:tcPr>
            <w:tcW w:type="dxa" w:w="4762"/>
            <w:tcMar>
              <w:top w:w="80" w:type="dxa"/>
              <w:start w:w="80" w:type="dxa"/>
              <w:bottom w:w="80" w:type="dxa"/>
              <w:end w:w="80" w:type="dxa"/>
            </w:tcMar>
            <w:vAlign w:val="center"/>
          </w:tcPr>
          <w:p>
            <w:pPr>
              <w:spacing w:before="0" w:after="0" w:line="240" w:lineRule="auto"/>
              <w:jc w:val="left"/>
            </w:pPr>
            <w:r/>
            <w:r>
              <w:rPr>
                <w:rFonts w:ascii="Noto Sans CJK JP" w:hAnsi="Noto Sans CJK JP" w:eastAsia="Noto Sans CJK JP" w:cs="Noto Sans CJK JP"/>
                <w:b w:val="0"/>
                <w:sz w:val="18"/>
              </w:rPr>
            </w:r>
          </w:p>
        </w:tc>
        <w:tc>
          <w:tcPr>
            <w:tcW w:type="dxa" w:w="1474"/>
            <w:tcMar>
              <w:top w:w="80" w:type="dxa"/>
              <w:start w:w="80" w:type="dxa"/>
              <w:bottom w:w="80" w:type="dxa"/>
              <w:end w:w="80" w:type="dxa"/>
            </w:tcMar>
            <w:vAlign w:val="center"/>
          </w:tcPr>
          <w:p>
            <w:pPr>
              <w:spacing w:before="0" w:after="0" w:line="240" w:lineRule="auto"/>
              <w:jc w:val="center"/>
            </w:pPr>
            <w:r/>
            <w:r>
              <w:rPr>
                <w:rFonts w:ascii="Noto Sans CJK JP" w:hAnsi="Noto Sans CJK JP" w:eastAsia="Noto Sans CJK JP" w:cs="Noto Sans CJK JP"/>
                <w:b w:val="0"/>
                <w:sz w:val="18"/>
              </w:rPr>
              <w:t>□済　□未</w:t>
            </w:r>
          </w:p>
        </w:tc>
        <w:tc>
          <w:tcPr>
            <w:tcW w:type="dxa" w:w="1048"/>
            <w:tcMar>
              <w:top w:w="80" w:type="dxa"/>
              <w:start w:w="80" w:type="dxa"/>
              <w:bottom w:w="80" w:type="dxa"/>
              <w:end w:w="80" w:type="dxa"/>
            </w:tcMar>
            <w:vAlign w:val="center"/>
          </w:tcPr>
          <w:p>
            <w:pPr>
              <w:spacing w:before="0" w:after="0" w:line="240" w:lineRule="auto"/>
              <w:jc w:val="center"/>
            </w:pPr>
            <w:r/>
            <w:r>
              <w:rPr>
                <w:rFonts w:ascii="Noto Sans CJK JP" w:hAnsi="Noto Sans CJK JP" w:eastAsia="Noto Sans CJK JP" w:cs="Noto Sans CJK JP"/>
                <w:b w:val="0"/>
                <w:sz w:val="18"/>
              </w:rPr>
              <w:t>□</w:t>
            </w:r>
          </w:p>
        </w:tc>
        <w:tc>
          <w:tcPr>
            <w:tcW w:type="dxa" w:w="3203"/>
            <w:tcMar>
              <w:top w:w="80" w:type="dxa"/>
              <w:start w:w="80" w:type="dxa"/>
              <w:bottom w:w="80" w:type="dxa"/>
              <w:end w:w="80" w:type="dxa"/>
            </w:tcMar>
            <w:vAlign w:val="center"/>
          </w:tcPr>
          <w:p>
            <w:pPr>
              <w:spacing w:before="0" w:after="0" w:line="240" w:lineRule="auto"/>
              <w:jc w:val="left"/>
            </w:pPr>
            <w:r/>
            <w:r>
              <w:rPr>
                <w:rFonts w:ascii="Noto Sans CJK JP" w:hAnsi="Noto Sans CJK JP" w:eastAsia="Noto Sans CJK JP" w:cs="Noto Sans CJK JP"/>
                <w:b w:val="0"/>
                <w:sz w:val="18"/>
              </w:rPr>
            </w:r>
          </w:p>
        </w:tc>
      </w:tr>
      <w:tr>
        <w:trPr>
          <w:trHeight w:val="522" w:hRule="exact"/>
        </w:trPr>
        <w:tc>
          <w:tcPr>
            <w:tcW w:type="dxa" w:w="4762"/>
            <w:tcMar>
              <w:top w:w="80" w:type="dxa"/>
              <w:start w:w="80" w:type="dxa"/>
              <w:bottom w:w="80" w:type="dxa"/>
              <w:end w:w="80" w:type="dxa"/>
            </w:tcMar>
            <w:vAlign w:val="center"/>
          </w:tcPr>
          <w:p>
            <w:pPr>
              <w:spacing w:before="0" w:after="0" w:line="240" w:lineRule="auto"/>
              <w:jc w:val="left"/>
            </w:pPr>
            <w:r/>
            <w:r>
              <w:rPr>
                <w:rFonts w:ascii="Noto Sans CJK JP" w:hAnsi="Noto Sans CJK JP" w:eastAsia="Noto Sans CJK JP" w:cs="Noto Sans CJK JP"/>
                <w:b w:val="0"/>
                <w:sz w:val="18"/>
              </w:rPr>
            </w:r>
          </w:p>
        </w:tc>
        <w:tc>
          <w:tcPr>
            <w:tcW w:type="dxa" w:w="1474"/>
            <w:tcMar>
              <w:top w:w="80" w:type="dxa"/>
              <w:start w:w="80" w:type="dxa"/>
              <w:bottom w:w="80" w:type="dxa"/>
              <w:end w:w="80" w:type="dxa"/>
            </w:tcMar>
            <w:vAlign w:val="center"/>
          </w:tcPr>
          <w:p>
            <w:pPr>
              <w:spacing w:before="0" w:after="0" w:line="240" w:lineRule="auto"/>
              <w:jc w:val="center"/>
            </w:pPr>
            <w:r/>
            <w:r>
              <w:rPr>
                <w:rFonts w:ascii="Noto Sans CJK JP" w:hAnsi="Noto Sans CJK JP" w:eastAsia="Noto Sans CJK JP" w:cs="Noto Sans CJK JP"/>
                <w:b w:val="0"/>
                <w:sz w:val="18"/>
              </w:rPr>
              <w:t>□済　□未</w:t>
            </w:r>
          </w:p>
        </w:tc>
        <w:tc>
          <w:tcPr>
            <w:tcW w:type="dxa" w:w="1048"/>
            <w:tcMar>
              <w:top w:w="80" w:type="dxa"/>
              <w:start w:w="80" w:type="dxa"/>
              <w:bottom w:w="80" w:type="dxa"/>
              <w:end w:w="80" w:type="dxa"/>
            </w:tcMar>
            <w:vAlign w:val="center"/>
          </w:tcPr>
          <w:p>
            <w:pPr>
              <w:spacing w:before="0" w:after="0" w:line="240" w:lineRule="auto"/>
              <w:jc w:val="center"/>
            </w:pPr>
            <w:r/>
            <w:r>
              <w:rPr>
                <w:rFonts w:ascii="Noto Sans CJK JP" w:hAnsi="Noto Sans CJK JP" w:eastAsia="Noto Sans CJK JP" w:cs="Noto Sans CJK JP"/>
                <w:b w:val="0"/>
                <w:sz w:val="18"/>
              </w:rPr>
              <w:t>□</w:t>
            </w:r>
          </w:p>
        </w:tc>
        <w:tc>
          <w:tcPr>
            <w:tcW w:type="dxa" w:w="3203"/>
            <w:tcMar>
              <w:top w:w="80" w:type="dxa"/>
              <w:start w:w="80" w:type="dxa"/>
              <w:bottom w:w="80" w:type="dxa"/>
              <w:end w:w="80" w:type="dxa"/>
            </w:tcMar>
            <w:vAlign w:val="center"/>
          </w:tcPr>
          <w:p>
            <w:pPr>
              <w:spacing w:before="0" w:after="0" w:line="240" w:lineRule="auto"/>
              <w:jc w:val="left"/>
            </w:pPr>
            <w:r/>
            <w:r>
              <w:rPr>
                <w:rFonts w:ascii="Noto Sans CJK JP" w:hAnsi="Noto Sans CJK JP" w:eastAsia="Noto Sans CJK JP" w:cs="Noto Sans CJK JP"/>
                <w:b w:val="0"/>
                <w:sz w:val="18"/>
              </w:rPr>
            </w:r>
          </w:p>
        </w:tc>
      </w:tr>
    </w:tbl>
    <w:p>
      <w:pPr>
        <w:spacing w:before="200" w:after="100"/>
        <w:jc w:val="left"/>
      </w:pPr>
      <w:r>
        <w:rPr>
          <w:rFonts w:ascii="Noto Sans CJK JP" w:hAnsi="Noto Sans CJK JP" w:eastAsia="Noto Sans CJK JP" w:cs="Noto Sans CJK JP"/>
          <w:b/>
          <w:sz w:val="25"/>
        </w:rPr>
        <w:t>総合コメント</w:t>
      </w:r>
    </w:p>
    <w:tbl>
      <w:tblPr>
        <w:tblW w:type="auto" w:w="0"/>
        <w:jc w:val="center"/>
        <w:tblLayout w:type="fixed"/>
        <w:tblLook w:firstColumn="1" w:firstRow="1" w:lastColumn="0" w:lastRow="0" w:noHBand="0" w:noVBand="1" w:val="04A0"/>
      </w:tblPr>
      <w:tblGrid>
        <w:gridCol w:w="10488"/>
      </w:tblGrid>
      <w:tr>
        <w:trPr>
          <w:trHeight w:val="369" w:hRule="exact"/>
        </w:trPr>
        <w:tc>
          <w:tcPr>
            <w:tcW w:type="dxa" w:w="10488"/>
            <w:tcMar>
              <w:top w:w="0" w:type="dxa"/>
              <w:start w:w="0" w:type="dxa"/>
              <w:bottom w:w="0" w:type="dxa"/>
              <w:end w:w="0" w:type="dxa"/>
            </w:tcMar>
            <w:tcBorders>
              <w:top w:val="nil"/>
              <w:left w:val="nil"/>
              <w:right w:val="nil"/>
              <w:bottom w:val="single" w:sz="6" w:space="0" w:color="000000"/>
            </w:tcBorders>
          </w:tcPr>
          <w:p>
            <w:r/>
          </w:p>
        </w:tc>
      </w:tr>
      <w:tr>
        <w:trPr>
          <w:trHeight w:val="369" w:hRule="exact"/>
        </w:trPr>
        <w:tc>
          <w:tcPr>
            <w:tcW w:type="dxa" w:w="10488"/>
            <w:tcMar>
              <w:top w:w="0" w:type="dxa"/>
              <w:start w:w="0" w:type="dxa"/>
              <w:bottom w:w="0" w:type="dxa"/>
              <w:end w:w="0" w:type="dxa"/>
            </w:tcMar>
            <w:tcBorders>
              <w:top w:val="nil"/>
              <w:left w:val="nil"/>
              <w:right w:val="nil"/>
              <w:bottom w:val="single" w:sz="6" w:space="0" w:color="000000"/>
            </w:tcBorders>
          </w:tcPr>
          <w:p>
            <w:r/>
          </w:p>
        </w:tc>
      </w:tr>
      <w:tr>
        <w:trPr>
          <w:trHeight w:val="369" w:hRule="exact"/>
        </w:trPr>
        <w:tc>
          <w:tcPr>
            <w:tcW w:type="dxa" w:w="10488"/>
            <w:tcMar>
              <w:top w:w="0" w:type="dxa"/>
              <w:start w:w="0" w:type="dxa"/>
              <w:bottom w:w="0" w:type="dxa"/>
              <w:end w:w="0" w:type="dxa"/>
            </w:tcMar>
            <w:tcBorders>
              <w:top w:val="nil"/>
              <w:left w:val="nil"/>
              <w:right w:val="nil"/>
              <w:bottom w:val="single" w:sz="6" w:space="0" w:color="000000"/>
            </w:tcBorders>
          </w:tcPr>
          <w:p>
            <w:r/>
          </w:p>
        </w:tc>
      </w:tr>
      <w:tr>
        <w:trPr>
          <w:trHeight w:val="369" w:hRule="exact"/>
        </w:trPr>
        <w:tc>
          <w:tcPr>
            <w:tcW w:type="dxa" w:w="10488"/>
            <w:tcMar>
              <w:top w:w="0" w:type="dxa"/>
              <w:start w:w="0" w:type="dxa"/>
              <w:bottom w:w="0" w:type="dxa"/>
              <w:end w:w="0" w:type="dxa"/>
            </w:tcMar>
            <w:tcBorders>
              <w:top w:val="nil"/>
              <w:left w:val="nil"/>
              <w:right w:val="nil"/>
              <w:bottom w:val="single" w:sz="6" w:space="0" w:color="000000"/>
            </w:tcBorders>
          </w:tcPr>
          <w:p>
            <w:r/>
          </w:p>
        </w:tc>
      </w:tr>
    </w:tbl>
    <w:tbl>
      <w:tblPr>
        <w:tblW w:type="auto" w:w="0"/>
        <w:jc w:val="center"/>
        <w:tblLayout w:type="fixed"/>
        <w:tblLook w:firstColumn="1" w:firstRow="1" w:lastColumn="0" w:lastRow="0" w:noHBand="0" w:noVBand="1" w:val="04A0"/>
      </w:tblPr>
      <w:tblGrid>
        <w:gridCol w:w="5244"/>
        <w:gridCol w:w="5244"/>
      </w:tblGrid>
      <w:tr>
        <w:trPr>
          <w:trHeight w:val="539" w:hRule="exact"/>
        </w:trPr>
        <w:tc>
          <w:tcPr>
            <w:tcW w:type="dxa" w:w="5244"/>
            <w:tcMar>
              <w:top w:w="160" w:type="dxa"/>
              <w:start w:w="40" w:type="dxa"/>
              <w:bottom w:w="0" w:type="dxa"/>
              <w:end w:w="40" w:type="dxa"/>
            </w:tcMar>
            <w:vAlign w:val="center"/>
            <w:tcBorders>
              <w:top w:val="nil"/>
              <w:left w:val="nil"/>
              <w:bottom w:val="nil"/>
              <w:right w:val="nil"/>
              <w:insideH w:val="nil"/>
              <w:insideV w:val="nil"/>
            </w:tcBorders>
          </w:tcPr>
          <w:p>
            <w:pPr>
              <w:spacing w:before="0" w:after="0" w:line="240" w:lineRule="auto"/>
              <w:jc w:val="left"/>
            </w:pPr>
            <w:r/>
            <w:r>
              <w:rPr>
                <w:rFonts w:ascii="Noto Sans CJK JP" w:hAnsi="Noto Sans CJK JP" w:eastAsia="Noto Sans CJK JP" w:cs="Noto Sans CJK JP"/>
                <w:b/>
                <w:sz w:val="23"/>
              </w:rPr>
              <w:t>本人確認：____________________</w:t>
            </w:r>
          </w:p>
        </w:tc>
        <w:tc>
          <w:tcPr>
            <w:tcW w:type="dxa" w:w="5244"/>
            <w:tcMar>
              <w:top w:w="160" w:type="dxa"/>
              <w:start w:w="40" w:type="dxa"/>
              <w:bottom w:w="0" w:type="dxa"/>
              <w:end w:w="40" w:type="dxa"/>
            </w:tcMar>
            <w:vAlign w:val="center"/>
            <w:tcBorders>
              <w:top w:val="nil"/>
              <w:left w:val="nil"/>
              <w:bottom w:val="nil"/>
              <w:right w:val="nil"/>
              <w:insideH w:val="nil"/>
              <w:insideV w:val="nil"/>
            </w:tcBorders>
          </w:tcPr>
          <w:p>
            <w:pPr>
              <w:spacing w:before="0" w:after="0" w:line="240" w:lineRule="auto"/>
              <w:jc w:val="left"/>
            </w:pPr>
            <w:r/>
            <w:r>
              <w:rPr>
                <w:rFonts w:ascii="Noto Sans CJK JP" w:hAnsi="Noto Sans CJK JP" w:eastAsia="Noto Sans CJK JP" w:cs="Noto Sans CJK JP"/>
                <w:b/>
                <w:sz w:val="23"/>
              </w:rPr>
              <w:t>指導担当者確認：____________________</w:t>
            </w:r>
          </w:p>
        </w:tc>
      </w:tr>
    </w:tbl>
    <w:sectPr>
      <w:pgSz w:w="11906" w:h="16838"/>
      <w:pgMar w:top="652" w:right="709" w:bottom="595" w:left="70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ans CJK JP" w:hAnsi="Noto Sans CJK JP" w:eastAsia="Noto Sans CJK JP" w:cs="Noto Sans CJK JP"/>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ドライバー教育チェックシート</dc:title>
  <dc:subject>教育チェックシート</dc:subject>
  <dc:creator/>
  <cp:keywords/>
  <dc:description/>
  <cp:lastModifiedBy/>
  <cp:revision>1</cp:revision>
  <dcterms:created xsi:type="dcterms:W3CDTF">2013-12-23T23:15:00Z</dcterms:created>
  <dcterms:modified xsi:type="dcterms:W3CDTF">2013-12-23T23:15:00Z</dcterms:modified>
  <cp:category/>
</cp:coreProperties>
</file>